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F43" w:rsidRDefault="002F1D7A">
      <w:pPr>
        <w:pStyle w:val="Ttulo"/>
      </w:pPr>
      <w:bookmarkStart w:id="0" w:name="_GoBack"/>
      <w:bookmarkEnd w:id="0"/>
      <w:r>
        <w:t>Plantilla de Trabajo - Módulo 1: Identificación del Problema y Diagnóstico</w:t>
      </w:r>
    </w:p>
    <w:p w:rsidR="00172F43" w:rsidRDefault="002F1D7A">
      <w:r>
        <w:t>1. FORMULACIÓN DEL PROBLEMA</w:t>
      </w:r>
      <w:r>
        <w:br/>
      </w:r>
      <w:r>
        <w:br/>
        <w:t>Escribe aquí tu problema completo:</w:t>
      </w:r>
      <w:r>
        <w:br/>
      </w:r>
      <w:r>
        <w:br/>
        <w:t>_________________________________________</w:t>
      </w:r>
      <w:r>
        <w:br/>
      </w:r>
      <w:r>
        <w:br/>
        <w:t>_________________________________________</w:t>
      </w:r>
      <w:r>
        <w:br/>
      </w:r>
      <w:r>
        <w:br/>
      </w:r>
      <w:r>
        <w:t>_________________________________________</w:t>
      </w:r>
      <w:r>
        <w:br/>
      </w:r>
    </w:p>
    <w:p w:rsidR="00172F43" w:rsidRDefault="002F1D7A">
      <w:r>
        <w:t>2. DIAGNÓSTICO</w:t>
      </w:r>
      <w:r>
        <w:br/>
      </w:r>
      <w:r>
        <w:br/>
        <w:t>¿Qué está pasando?</w:t>
      </w:r>
      <w:r>
        <w:br/>
      </w:r>
      <w:r>
        <w:br/>
        <w:t>_________________________________________</w:t>
      </w:r>
      <w:r>
        <w:br/>
      </w:r>
      <w:r>
        <w:br/>
        <w:t>_________________________________________</w:t>
      </w:r>
      <w:r>
        <w:br/>
      </w:r>
      <w:r>
        <w:br/>
        <w:t>¿A quién afecta?</w:t>
      </w:r>
      <w:r>
        <w:br/>
      </w:r>
      <w:r>
        <w:br/>
        <w:t>_________________________________________</w:t>
      </w:r>
      <w:r>
        <w:br/>
      </w:r>
      <w:r>
        <w:br/>
        <w:t>______________________________</w:t>
      </w:r>
      <w:r>
        <w:t>___________</w:t>
      </w:r>
      <w:r>
        <w:br/>
      </w:r>
      <w:r>
        <w:br/>
        <w:t>¿Por qué pasa?</w:t>
      </w:r>
      <w:r>
        <w:br/>
      </w:r>
      <w:r>
        <w:br/>
        <w:t>_________________________________________</w:t>
      </w:r>
      <w:r>
        <w:br/>
      </w:r>
      <w:r>
        <w:br/>
        <w:t>_________________________________________</w:t>
      </w:r>
      <w:r>
        <w:br/>
      </w:r>
      <w:r>
        <w:br/>
        <w:t>¿Qué consecuencias tiene?</w:t>
      </w:r>
      <w:r>
        <w:br/>
      </w:r>
      <w:r>
        <w:br/>
        <w:t>_________________________________________</w:t>
      </w:r>
      <w:r>
        <w:br/>
      </w:r>
      <w:r>
        <w:br/>
      </w:r>
      <w:r>
        <w:lastRenderedPageBreak/>
        <w:t>_________________________________________</w:t>
      </w:r>
      <w:r>
        <w:br/>
      </w:r>
    </w:p>
    <w:p w:rsidR="00172F43" w:rsidRDefault="002F1D7A">
      <w:r>
        <w:t>3. ÁRBOL DE PROBLEMAS</w:t>
      </w:r>
      <w:r>
        <w:br/>
      </w:r>
      <w:r>
        <w:br/>
        <w:t>Probl</w:t>
      </w:r>
      <w:r>
        <w:t>ema central:</w:t>
      </w:r>
      <w:r>
        <w:br/>
      </w:r>
      <w:r>
        <w:br/>
        <w:t>_________________________________________</w:t>
      </w:r>
      <w:r>
        <w:br/>
      </w:r>
      <w:r>
        <w:br/>
      </w:r>
      <w:r>
        <w:br/>
        <w:t>Causas:</w:t>
      </w:r>
      <w:r>
        <w:br/>
        <w:t>1. _________________________________________</w:t>
      </w:r>
      <w:r>
        <w:br/>
        <w:t>2. _________________________________________</w:t>
      </w:r>
      <w:r>
        <w:br/>
        <w:t>3. _________________________________________</w:t>
      </w:r>
      <w:r>
        <w:br/>
      </w:r>
      <w:r>
        <w:br/>
        <w:t>Efectos:</w:t>
      </w:r>
      <w:r>
        <w:br/>
        <w:t>1. _________________________________________</w:t>
      </w:r>
      <w:r>
        <w:br/>
      </w:r>
      <w:r>
        <w:t>2. _________________________________________</w:t>
      </w:r>
      <w:r>
        <w:br/>
        <w:t>3. _________________________________________</w:t>
      </w:r>
      <w:r>
        <w:br/>
      </w:r>
    </w:p>
    <w:p w:rsidR="00172F43" w:rsidRDefault="002F1D7A">
      <w:r>
        <w:t>4. ANÁLISIS DE INVOLUCRADOS</w:t>
      </w:r>
      <w:r>
        <w:br/>
      </w:r>
      <w:r>
        <w:br/>
        <w:t>Actor 1: ____________________</w:t>
      </w:r>
      <w:r>
        <w:br/>
        <w:t>Interés: ____________________</w:t>
      </w:r>
      <w:r>
        <w:br/>
        <w:t>Poder: ____________________</w:t>
      </w:r>
      <w:r>
        <w:br/>
        <w:t>Impacto: ____________________</w:t>
      </w:r>
      <w:r>
        <w:br/>
      </w:r>
      <w:r>
        <w:br/>
        <w:t>Actor 2: ________</w:t>
      </w:r>
      <w:r>
        <w:t>____________</w:t>
      </w:r>
      <w:r>
        <w:br/>
        <w:t>Interés: ____________________</w:t>
      </w:r>
      <w:r>
        <w:br/>
        <w:t>Poder: ____________________</w:t>
      </w:r>
      <w:r>
        <w:br/>
        <w:t>Impacto: ____________________</w:t>
      </w:r>
      <w:r>
        <w:br/>
      </w:r>
      <w:r>
        <w:br/>
        <w:t>Actor 3: ____________________</w:t>
      </w:r>
      <w:r>
        <w:br/>
        <w:t>Interés: ____________________</w:t>
      </w:r>
      <w:r>
        <w:br/>
        <w:t>Poder: ____________________</w:t>
      </w:r>
      <w:r>
        <w:br/>
        <w:t>Impacto: ____________________</w:t>
      </w:r>
      <w:r>
        <w:br/>
      </w:r>
    </w:p>
    <w:p w:rsidR="00172F43" w:rsidRDefault="002F1D7A">
      <w:r>
        <w:t>5. LÍNEA BASE</w:t>
      </w:r>
      <w:r>
        <w:br/>
      </w:r>
      <w:r>
        <w:br/>
        <w:t>Indicador 1: _______</w:t>
      </w:r>
      <w:r>
        <w:t>_____________</w:t>
      </w:r>
      <w:r>
        <w:br/>
        <w:t>Valor actual: ____________________</w:t>
      </w:r>
      <w:r>
        <w:br/>
      </w:r>
      <w:r>
        <w:br/>
      </w:r>
      <w:r>
        <w:lastRenderedPageBreak/>
        <w:t>Indicador 2: ____________________</w:t>
      </w:r>
      <w:r>
        <w:br/>
        <w:t>Valor actual: ____________________</w:t>
      </w:r>
      <w:r>
        <w:br/>
      </w:r>
      <w:r>
        <w:br/>
        <w:t>Indicador 3: ____________________</w:t>
      </w:r>
      <w:r>
        <w:br/>
        <w:t>Valor actual: ____________________</w:t>
      </w:r>
      <w:r>
        <w:br/>
      </w:r>
    </w:p>
    <w:sectPr w:rsidR="00172F4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72F43"/>
    <w:rsid w:val="0029639D"/>
    <w:rsid w:val="002F1D7A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D4A4871B-A862-48D0-86B2-CC2CE5D1D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B6B91C0-C3F9-431D-85DE-23EB56F90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260</Words>
  <Characters>1436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1693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FIO</cp:lastModifiedBy>
  <cp:revision>2</cp:revision>
  <dcterms:created xsi:type="dcterms:W3CDTF">2026-03-31T01:33:00Z</dcterms:created>
  <dcterms:modified xsi:type="dcterms:W3CDTF">2026-03-31T01:33:00Z</dcterms:modified>
  <cp:category/>
</cp:coreProperties>
</file>